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ארבעה שורשים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המהפכה המדעית לאמונה בתבונה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באופן ביקורתי את הדימוי 'חושך-אור'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גישה ששמה את האדם ויכולותיו במרכז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ניוטון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לידה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סובלנות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בזכות הדפוס, הספרים והסלונים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קדמו לה תהליכים כמו הומניזם, מדע ודפוס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המהפכה המדעית חיזקה את האמונה בתבונה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הדפוס אפשר הפצת ספרים ועיתונים לקהל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הרעיונות התפשטו לאנגליה, פרוסיה ואמריקה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דימוי של אנשי הנאורות עצמם ולא תיאור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הומניזם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ניוטון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רציונליזם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(שימת האדם ויכולותיו במרכז)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(נכונות לכבד אנשים מדת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(מסקנות לפי תצפית וניסוי)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(הפצת ספרים ועיתונים לקהל 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(האמונה בכוח השכל האנושי)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 הדפוס באירופה (בערך 1450)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קופרניקוס מפרסם שהארץ סובבת סביב השמש (1543)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שלום וסטפליה - סיום מלחמת שלושים השנים (1648)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ניוטון מפרסם את חוקי התנועה והכבידה (1687)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מלחמות הדת הקשות הראו את הנזק הנובע מחוסר סובלנות, ולכן התחזק הרעיון שיש לכבד אמונות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גילויים מדעיים הראו שאפשר להגיע לאמת באמצעות תצפית וחישוב, ולא רק דרך מסורת וסמכות, מה שחיזק את האמונה בשכל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הדפוס אפשר הפצה מהירה וזולה של ספרים ועיתונים, והסלונים היו מקומות מפגש שבהם אנשים דנו ברעיונות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הומניזם, סובלנות, מדע, 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תציין שהדפוס אפשר הפצה מהירה וזולה של ספרים ורעיונות לקהל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שורש אחד והסבר קצר לחשיבותו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'פנס בחושך' לפני מילוי הדף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שלוש רמות (תמיכה/רגיל/אתגר) בהתאם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שהדימוי 'חושך-אור' הוא נקודת מבט של אנשי הנאורות ולא עובדה היסטורית מוחלטת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הנאורות היא תקופה באירופה. אנשים האמינו בשכל. לפני כן היו תהליכים חשובים: הומניזם, מלחמות דת, מדענים ודפוס. בדף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שהאמין בכוח התבונה לשפר את חיי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הומניזם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ששמה את האדם במרכז, מתקופת הרנסנס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רנסנס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של התעניינות מחודשת בתרבות יוון ורומא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המהפכה המדעית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בדרך חקר הטבע לפי תצפית וניסוי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 דתית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נכונות לכבד אנשים מדת או אמונה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רציונליזם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שהשכל הוא הכלי המרכזי להבנת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טכנולוגיה שאפשרה הפצת ספרים ורעיונות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הומניזם?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גישה ששמה את האדם ויכולותיו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מכונת 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דתות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זרם פוליטי במאה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חוקי תנועה וכבידה?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אמר שהשמש במרכז?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רנסנס?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רעיון התחזק אחרי מלחמות 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סובלנות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מונרכיה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רעיונות התפשטו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בעל-פה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בזכות הדפוס, הספרים והסלונים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באמצעות פקודות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הכנסייה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צמחה פתאום, בלי שום רקע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גילויים במדע שינו את הדרך שבה אנשים חשבו על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המצאת הדפוס סייעה להפצת רעיונות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הנאורות נשארו רק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היו באמת תקופה חשוכה לחלוטין מבחינה היסטורית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גישה ששמה את האדם ויכולותיו במרכז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טכנולוגיה שאפשרה הפצת ספרים ורעיונות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רעיון ה__________ התחזק בעקבות מלחמות הדת הקשות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ב-1543 פרסם __________ שהארץ סובבת סביב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ב-1687 פרסם __________ את חוקי התנועה והכבידה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היא האמונה שהשכל האנושי הוא הכלי המרכזי להבנת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הומניזם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מסקנות לפי תצפית וניסוי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סובלנות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האמונה בכוח השכל האנושי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המדעית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נכונות לכבד אנשים מדת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שימת האדם ויכולותיו במרכז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הפצת ספרים ועיתונים לקהל 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 וסטפליה - סיום מלחמת שלושים השנים (1648)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ניוטון מפרסם את חוקי התנועה והכבידה (1687)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הדפוס באירופה (בערך 1450)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קופרניקוס מפרסם שהארץ סובבת סביב השמש (1543)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מלחמות הדת תרמו לצמיחת הנאורות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המהפכה המדעית לרעיון התבונה?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תפקידם של הדפוס והסלונים בהפצת רעיונות הנאורות?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שניים מהשורשים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הדפוס היה חשוב להתפשטות הרעיונות?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בלי ___ לא הייתה נאורות, כי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מאיפה הגיע האור? שורשי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